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7F8092" w14:textId="77777777" w:rsidR="00024AC3" w:rsidRPr="00FB51E0" w:rsidRDefault="00511A4A">
      <w:pPr>
        <w:spacing w:after="80"/>
        <w:jc w:val="center"/>
        <w:rPr>
          <w:color w:val="auto"/>
          <w:sz w:val="44"/>
          <w:szCs w:val="44"/>
        </w:rPr>
      </w:pPr>
      <w:r w:rsidRPr="00FB51E0">
        <w:rPr>
          <w:b/>
          <w:color w:val="auto"/>
          <w:sz w:val="44"/>
          <w:szCs w:val="44"/>
        </w:rPr>
        <w:t>Augusta Centennial Hall</w:t>
      </w:r>
    </w:p>
    <w:p w14:paraId="5D743C9A" w14:textId="615CAD95" w:rsidR="00024AC3" w:rsidRDefault="00511A4A">
      <w:pPr>
        <w:spacing w:after="480"/>
        <w:jc w:val="center"/>
      </w:pPr>
      <w:r>
        <w:rPr>
          <w:i/>
          <w:color w:val="666666"/>
          <w:sz w:val="28"/>
        </w:rPr>
        <w:t xml:space="preserve">Welcome &amp; Liquor Guidelines for Function </w:t>
      </w:r>
      <w:r w:rsidR="00061432">
        <w:rPr>
          <w:i/>
          <w:color w:val="666666"/>
          <w:sz w:val="28"/>
        </w:rPr>
        <w:t>Organizers</w:t>
      </w:r>
    </w:p>
    <w:p w14:paraId="4F45B86F" w14:textId="09911E31" w:rsidR="00024AC3" w:rsidRDefault="00511A4A">
      <w:pPr>
        <w:spacing w:after="280"/>
      </w:pPr>
      <w:r>
        <w:t>Welcome to the Augusta Centennial Hall! We are absolutely thrilled to host your upcoming event. To ensure your special gathering runs smoothly, safely, and comfortably for everyone, we have put together this simple guide to help you navigate the liquor licensing requirements for our venue</w:t>
      </w:r>
      <w:r w:rsidR="00156FD0">
        <w:t xml:space="preserve"> and Sound System instructions.</w:t>
      </w:r>
    </w:p>
    <w:p w14:paraId="40C16805" w14:textId="77777777" w:rsidR="00024AC3" w:rsidRPr="002E0894" w:rsidRDefault="00511A4A">
      <w:pPr>
        <w:spacing w:before="320" w:after="160"/>
        <w:rPr>
          <w:color w:val="auto"/>
        </w:rPr>
      </w:pPr>
      <w:r w:rsidRPr="002E0894">
        <w:rPr>
          <w:b/>
          <w:color w:val="auto"/>
          <w:sz w:val="32"/>
        </w:rPr>
        <w:t>Understanding the Hall Requirements</w:t>
      </w:r>
    </w:p>
    <w:p w14:paraId="56C05EA8" w14:textId="77777777" w:rsidR="00024AC3" w:rsidRDefault="00511A4A">
      <w:pPr>
        <w:spacing w:after="120"/>
      </w:pPr>
      <w:r>
        <w:t>Depending on your guest list size, the rules are direct and straightforward:</w:t>
      </w:r>
    </w:p>
    <w:p w14:paraId="2CFC40E1" w14:textId="77777777" w:rsidR="00024AC3" w:rsidRDefault="00511A4A">
      <w:pPr>
        <w:pStyle w:val="ListBullet"/>
        <w:spacing w:after="80"/>
      </w:pPr>
      <w:r>
        <w:rPr>
          <w:b/>
        </w:rPr>
        <w:t xml:space="preserve">Events with OVER 100 people: </w:t>
      </w:r>
      <w:r>
        <w:t xml:space="preserve">You will need to apply for a formal </w:t>
      </w:r>
      <w:r>
        <w:rPr>
          <w:b/>
        </w:rPr>
        <w:t>Liquor Licence Permit to Consume Alcohol on Shire Property</w:t>
      </w:r>
      <w:r>
        <w:t xml:space="preserve"> from the Augusta Margaret River Shire. Please ensure this is submitted at least </w:t>
      </w:r>
      <w:r>
        <w:rPr>
          <w:b/>
        </w:rPr>
        <w:t>14 days</w:t>
      </w:r>
      <w:r>
        <w:t xml:space="preserve"> before your event date.</w:t>
      </w:r>
    </w:p>
    <w:p w14:paraId="6451B627" w14:textId="13518054" w:rsidR="00024AC3" w:rsidRDefault="00511A4A">
      <w:pPr>
        <w:pStyle w:val="ListBullet"/>
        <w:spacing w:after="280"/>
      </w:pPr>
      <w:r>
        <w:rPr>
          <w:b/>
        </w:rPr>
        <w:t xml:space="preserve">Events with UNDER 100 people: </w:t>
      </w:r>
      <w:r>
        <w:t xml:space="preserve">You </w:t>
      </w:r>
      <w:r>
        <w:rPr>
          <w:b/>
        </w:rPr>
        <w:t>do not</w:t>
      </w:r>
      <w:r>
        <w:t xml:space="preserve"> need a Shire permit! This applies perfectly to private celebrations like weddings or birthday parties. Instead, simply fill out the quick information form at the bottom of this page for approval by our friendly </w:t>
      </w:r>
      <w:r>
        <w:rPr>
          <w:b/>
        </w:rPr>
        <w:t>ACH Management Committee</w:t>
      </w:r>
      <w:r>
        <w:t>. Please note that approval or exemption remains at the discretion of the committee.</w:t>
      </w:r>
    </w:p>
    <w:p w14:paraId="2DC5DBC6" w14:textId="77777777" w:rsidR="00024AC3" w:rsidRPr="002E0894" w:rsidRDefault="00511A4A">
      <w:pPr>
        <w:spacing w:before="320" w:after="160"/>
        <w:rPr>
          <w:color w:val="auto"/>
        </w:rPr>
      </w:pPr>
      <w:r w:rsidRPr="002E0894">
        <w:rPr>
          <w:b/>
          <w:color w:val="auto"/>
          <w:sz w:val="32"/>
        </w:rPr>
        <w:t>Racing, Gaming and Liquor (RGL) Exemptions</w:t>
      </w:r>
    </w:p>
    <w:p w14:paraId="1A8CFA19" w14:textId="210FDF2A" w:rsidR="00024AC3" w:rsidRDefault="00511A4A">
      <w:pPr>
        <w:spacing w:after="160"/>
      </w:pPr>
      <w:r>
        <w:t xml:space="preserve">To qualify for a small function exemption (where alcohol can be </w:t>
      </w:r>
      <w:r w:rsidR="00061432">
        <w:t>socialized</w:t>
      </w:r>
      <w:r>
        <w:t>, shared, or sold without needing a standard formal commercial liquor licence), your event just needs to meet a few simple, sensible rules tailored for controlled social environments:</w:t>
      </w:r>
    </w:p>
    <w:p w14:paraId="2D634948" w14:textId="77777777" w:rsidR="00024AC3" w:rsidRDefault="00511A4A">
      <w:pPr>
        <w:pStyle w:val="ListBullet"/>
        <w:spacing w:after="80"/>
      </w:pPr>
      <w:r>
        <w:rPr>
          <w:b/>
        </w:rPr>
        <w:t xml:space="preserve">Primary Purpose: </w:t>
      </w:r>
      <w:r>
        <w:t>The service of alcohol must not be the primary model or business purpose of the event. It should complement your gathering (like a reception, show, fair, or contest).</w:t>
      </w:r>
    </w:p>
    <w:p w14:paraId="54FF0B79" w14:textId="77777777" w:rsidR="00024AC3" w:rsidRDefault="00511A4A">
      <w:pPr>
        <w:pStyle w:val="ListBullet"/>
        <w:spacing w:after="80"/>
      </w:pPr>
      <w:r>
        <w:rPr>
          <w:b/>
        </w:rPr>
        <w:t xml:space="preserve">On-Site Consumption Only: </w:t>
      </w:r>
      <w:r>
        <w:t>Alcohol can only be enjoyed during the function and cannot be packaged or taken away to consume elsewhere.</w:t>
      </w:r>
    </w:p>
    <w:p w14:paraId="57680343" w14:textId="77777777" w:rsidR="00024AC3" w:rsidRDefault="00511A4A">
      <w:pPr>
        <w:pStyle w:val="ListBullet"/>
        <w:spacing w:after="80"/>
      </w:pPr>
      <w:r>
        <w:rPr>
          <w:b/>
        </w:rPr>
        <w:t xml:space="preserve">Age Limits: </w:t>
      </w:r>
      <w:r>
        <w:t>Alcohol must strictly be served to adults aged 18 years or older.</w:t>
      </w:r>
    </w:p>
    <w:p w14:paraId="4C52072B" w14:textId="77777777" w:rsidR="00024AC3" w:rsidRDefault="00511A4A">
      <w:pPr>
        <w:pStyle w:val="ListBullet"/>
        <w:spacing w:after="80"/>
      </w:pPr>
      <w:r>
        <w:rPr>
          <w:b/>
        </w:rPr>
        <w:t xml:space="preserve">Timing: </w:t>
      </w:r>
      <w:r>
        <w:t>Service can take place no earlier than 6:00 AM and must wrap up no later than 10:00 PM.</w:t>
      </w:r>
    </w:p>
    <w:p w14:paraId="01E9D0B2" w14:textId="77777777" w:rsidR="00024AC3" w:rsidRDefault="00511A4A">
      <w:pPr>
        <w:pStyle w:val="ListBullet"/>
        <w:spacing w:after="80"/>
      </w:pPr>
      <w:r>
        <w:rPr>
          <w:b/>
        </w:rPr>
        <w:t xml:space="preserve">Duration &amp; Guest Limits: </w:t>
      </w:r>
      <w:r>
        <w:t>You can serve alcohol for a maximum of 2 continuous hours if you have up to 100 attendees, OR up to 4 continuous hours if you have 75 attendees or fewer.</w:t>
      </w:r>
    </w:p>
    <w:p w14:paraId="01F7E880" w14:textId="77777777" w:rsidR="00024AC3" w:rsidRDefault="00511A4A">
      <w:pPr>
        <w:spacing w:before="120" w:after="400"/>
      </w:pPr>
      <w:r>
        <w:rPr>
          <w:b/>
        </w:rPr>
        <w:t xml:space="preserve">Important Reminder: </w:t>
      </w:r>
      <w:r>
        <w:t xml:space="preserve">If your organisation plans to </w:t>
      </w:r>
      <w:r>
        <w:rPr>
          <w:b/>
        </w:rPr>
        <w:t>sell alcohol</w:t>
      </w:r>
      <w:r>
        <w:t xml:space="preserve"> during the event, the Augusta Halls Committee must be notified ahead of time so we can support you correctly.</w:t>
      </w:r>
    </w:p>
    <w:p w14:paraId="1E9F33F2" w14:textId="77777777" w:rsidR="00024AC3" w:rsidRPr="002E0894" w:rsidRDefault="00511A4A">
      <w:pPr>
        <w:spacing w:before="320" w:after="160"/>
        <w:rPr>
          <w:color w:val="auto"/>
        </w:rPr>
      </w:pPr>
      <w:r w:rsidRPr="002E0894">
        <w:rPr>
          <w:b/>
          <w:color w:val="auto"/>
          <w:sz w:val="28"/>
        </w:rPr>
        <w:lastRenderedPageBreak/>
        <w:t>Information Supporting Liquor Licence Exemption</w:t>
      </w:r>
    </w:p>
    <w:p w14:paraId="5C98934A" w14:textId="77777777" w:rsidR="00024AC3" w:rsidRDefault="00511A4A">
      <w:pPr>
        <w:spacing w:after="240"/>
      </w:pPr>
      <w:r>
        <w:t xml:space="preserve">Please fill out this handy form and return it to us via email at </w:t>
      </w:r>
      <w:r>
        <w:rPr>
          <w:b/>
        </w:rPr>
        <w:t>centennialhallaugusta@gmail.com</w:t>
      </w:r>
      <w:r>
        <w:t>.</w:t>
      </w:r>
    </w:p>
    <w:tbl>
      <w:tblPr>
        <w:tblW w:w="9786" w:type="dxa"/>
        <w:jc w:val="center"/>
        <w:tblBorders>
          <w:top w:val="single" w:sz="4" w:space="0" w:color="CCCCCC"/>
          <w:bottom w:val="single" w:sz="4" w:space="0" w:color="CCCCCC"/>
          <w:insideH w:val="single" w:sz="4" w:space="0" w:color="CCCCCC"/>
        </w:tblBorders>
        <w:tblLayout w:type="fixed"/>
        <w:tblLook w:val="04A0" w:firstRow="1" w:lastRow="0" w:firstColumn="1" w:lastColumn="0" w:noHBand="0" w:noVBand="1"/>
      </w:tblPr>
      <w:tblGrid>
        <w:gridCol w:w="4395"/>
        <w:gridCol w:w="5391"/>
      </w:tblGrid>
      <w:tr w:rsidR="00024AC3" w14:paraId="3F9B4342" w14:textId="77777777" w:rsidTr="00061432">
        <w:trPr>
          <w:jc w:val="center"/>
        </w:trPr>
        <w:tc>
          <w:tcPr>
            <w:tcW w:w="4395" w:type="dxa"/>
            <w:shd w:val="clear" w:color="auto" w:fill="F2F7F4"/>
            <w:tcMar>
              <w:top w:w="120" w:type="dxa"/>
              <w:left w:w="150" w:type="dxa"/>
              <w:bottom w:w="120" w:type="dxa"/>
              <w:right w:w="150" w:type="dxa"/>
            </w:tcMar>
          </w:tcPr>
          <w:p w14:paraId="645761E9" w14:textId="77777777" w:rsidR="00024AC3" w:rsidRDefault="00511A4A">
            <w:pPr>
              <w:spacing w:before="120" w:after="120"/>
            </w:pPr>
            <w:r>
              <w:rPr>
                <w:b/>
              </w:rPr>
              <w:t>Responsible Person Name:</w:t>
            </w:r>
          </w:p>
        </w:tc>
        <w:tc>
          <w:tcPr>
            <w:tcW w:w="5391" w:type="dxa"/>
            <w:tcMar>
              <w:top w:w="120" w:type="dxa"/>
              <w:left w:w="150" w:type="dxa"/>
              <w:bottom w:w="120" w:type="dxa"/>
              <w:right w:w="150" w:type="dxa"/>
            </w:tcMar>
          </w:tcPr>
          <w:p w14:paraId="0754144B" w14:textId="77777777" w:rsidR="00024AC3" w:rsidRDefault="00024AC3">
            <w:pPr>
              <w:spacing w:before="120" w:after="120"/>
            </w:pPr>
          </w:p>
        </w:tc>
      </w:tr>
      <w:tr w:rsidR="00024AC3" w14:paraId="75B5928C" w14:textId="77777777" w:rsidTr="00061432">
        <w:trPr>
          <w:jc w:val="center"/>
        </w:trPr>
        <w:tc>
          <w:tcPr>
            <w:tcW w:w="4395" w:type="dxa"/>
            <w:shd w:val="clear" w:color="auto" w:fill="F2F7F4"/>
            <w:tcMar>
              <w:top w:w="120" w:type="dxa"/>
              <w:left w:w="150" w:type="dxa"/>
              <w:bottom w:w="120" w:type="dxa"/>
              <w:right w:w="150" w:type="dxa"/>
            </w:tcMar>
          </w:tcPr>
          <w:p w14:paraId="427015CA" w14:textId="77777777" w:rsidR="00024AC3" w:rsidRDefault="00511A4A">
            <w:pPr>
              <w:spacing w:before="120" w:after="120"/>
            </w:pPr>
            <w:r>
              <w:rPr>
                <w:b/>
              </w:rPr>
              <w:t>Date of Your Event:</w:t>
            </w:r>
          </w:p>
        </w:tc>
        <w:tc>
          <w:tcPr>
            <w:tcW w:w="5391" w:type="dxa"/>
            <w:tcMar>
              <w:top w:w="120" w:type="dxa"/>
              <w:left w:w="150" w:type="dxa"/>
              <w:bottom w:w="120" w:type="dxa"/>
              <w:right w:w="150" w:type="dxa"/>
            </w:tcMar>
          </w:tcPr>
          <w:p w14:paraId="6100C5EA" w14:textId="77777777" w:rsidR="00024AC3" w:rsidRDefault="00024AC3">
            <w:pPr>
              <w:spacing w:before="120" w:after="120"/>
            </w:pPr>
          </w:p>
        </w:tc>
      </w:tr>
      <w:tr w:rsidR="00024AC3" w14:paraId="12AAFC27" w14:textId="77777777" w:rsidTr="00061432">
        <w:trPr>
          <w:jc w:val="center"/>
        </w:trPr>
        <w:tc>
          <w:tcPr>
            <w:tcW w:w="4395" w:type="dxa"/>
            <w:shd w:val="clear" w:color="auto" w:fill="F2F7F4"/>
            <w:tcMar>
              <w:top w:w="120" w:type="dxa"/>
              <w:left w:w="150" w:type="dxa"/>
              <w:bottom w:w="120" w:type="dxa"/>
              <w:right w:w="150" w:type="dxa"/>
            </w:tcMar>
          </w:tcPr>
          <w:p w14:paraId="51C3FE51" w14:textId="77777777" w:rsidR="00024AC3" w:rsidRDefault="00511A4A">
            <w:pPr>
              <w:spacing w:before="120" w:after="120"/>
            </w:pPr>
            <w:r>
              <w:rPr>
                <w:b/>
              </w:rPr>
              <w:t>Event Timing:</w:t>
            </w:r>
          </w:p>
        </w:tc>
        <w:tc>
          <w:tcPr>
            <w:tcW w:w="5391" w:type="dxa"/>
            <w:tcMar>
              <w:top w:w="120" w:type="dxa"/>
              <w:left w:w="150" w:type="dxa"/>
              <w:bottom w:w="120" w:type="dxa"/>
              <w:right w:w="150" w:type="dxa"/>
            </w:tcMar>
          </w:tcPr>
          <w:p w14:paraId="5728683F" w14:textId="77777777" w:rsidR="00B05B97" w:rsidRDefault="00511A4A">
            <w:pPr>
              <w:spacing w:before="120" w:after="120"/>
              <w:rPr>
                <w:color w:val="666666"/>
              </w:rPr>
            </w:pPr>
            <w:r>
              <w:rPr>
                <w:color w:val="666666"/>
              </w:rPr>
              <w:t xml:space="preserve">Start Time: _____________ </w:t>
            </w:r>
          </w:p>
          <w:p w14:paraId="67005432" w14:textId="15DDB1CB" w:rsidR="00024AC3" w:rsidRPr="00B05B97" w:rsidRDefault="00511A4A">
            <w:pPr>
              <w:spacing w:before="120" w:after="120"/>
              <w:rPr>
                <w:color w:val="666666"/>
                <w:u w:val="single"/>
              </w:rPr>
            </w:pPr>
            <w:r>
              <w:rPr>
                <w:color w:val="666666"/>
              </w:rPr>
              <w:t xml:space="preserve">Finish Time: </w:t>
            </w:r>
            <w:r w:rsidR="002E0894">
              <w:rPr>
                <w:color w:val="666666"/>
              </w:rPr>
              <w:t>___________</w:t>
            </w:r>
            <w:r w:rsidR="00B05B97">
              <w:rPr>
                <w:color w:val="666666"/>
                <w:u w:val="single"/>
              </w:rPr>
              <w:t>_</w:t>
            </w:r>
          </w:p>
        </w:tc>
      </w:tr>
      <w:tr w:rsidR="00024AC3" w14:paraId="1719B69C" w14:textId="77777777" w:rsidTr="00061432">
        <w:trPr>
          <w:jc w:val="center"/>
        </w:trPr>
        <w:tc>
          <w:tcPr>
            <w:tcW w:w="4395" w:type="dxa"/>
            <w:shd w:val="clear" w:color="auto" w:fill="F2F7F4"/>
            <w:tcMar>
              <w:top w:w="120" w:type="dxa"/>
              <w:left w:w="150" w:type="dxa"/>
              <w:bottom w:w="120" w:type="dxa"/>
              <w:right w:w="150" w:type="dxa"/>
            </w:tcMar>
          </w:tcPr>
          <w:p w14:paraId="3EE601D1" w14:textId="77777777" w:rsidR="00061432" w:rsidRDefault="00511A4A" w:rsidP="00061432">
            <w:pPr>
              <w:spacing w:before="120" w:after="120"/>
              <w:rPr>
                <w:color w:val="666666"/>
              </w:rPr>
            </w:pPr>
            <w:r>
              <w:rPr>
                <w:b/>
              </w:rPr>
              <w:t>Purpose of Event:</w:t>
            </w:r>
            <w:r w:rsidR="00061432">
              <w:rPr>
                <w:b/>
              </w:rPr>
              <w:t xml:space="preserve"> </w:t>
            </w:r>
            <w:r w:rsidR="00061432">
              <w:rPr>
                <w:color w:val="666666"/>
              </w:rPr>
              <w:t xml:space="preserve">e.g., Wedding reception, birthday party, community </w:t>
            </w:r>
          </w:p>
          <w:p w14:paraId="44980C8E" w14:textId="18E07AC2" w:rsidR="00024AC3" w:rsidRDefault="00061432" w:rsidP="00061432">
            <w:pPr>
              <w:spacing w:before="120" w:after="120"/>
            </w:pPr>
            <w:r>
              <w:rPr>
                <w:color w:val="666666"/>
              </w:rPr>
              <w:t>show...other</w:t>
            </w:r>
          </w:p>
        </w:tc>
        <w:tc>
          <w:tcPr>
            <w:tcW w:w="5391" w:type="dxa"/>
            <w:tcMar>
              <w:top w:w="120" w:type="dxa"/>
              <w:left w:w="150" w:type="dxa"/>
              <w:bottom w:w="120" w:type="dxa"/>
              <w:right w:w="150" w:type="dxa"/>
            </w:tcMar>
          </w:tcPr>
          <w:p w14:paraId="182679C2" w14:textId="6C16C321" w:rsidR="00024AC3" w:rsidRDefault="002E0894">
            <w:pPr>
              <w:spacing w:before="120" w:after="120"/>
            </w:pPr>
            <w:r>
              <w:rPr>
                <w:color w:val="666666"/>
              </w:rPr>
              <w:t>___________________________</w:t>
            </w:r>
            <w:r w:rsidR="002478CD">
              <w:rPr>
                <w:color w:val="666666"/>
              </w:rPr>
              <w:t>_______</w:t>
            </w:r>
          </w:p>
        </w:tc>
      </w:tr>
      <w:tr w:rsidR="00024AC3" w14:paraId="2B8E569B" w14:textId="77777777" w:rsidTr="00061432">
        <w:trPr>
          <w:jc w:val="center"/>
        </w:trPr>
        <w:tc>
          <w:tcPr>
            <w:tcW w:w="4395" w:type="dxa"/>
            <w:shd w:val="clear" w:color="auto" w:fill="F2F7F4"/>
            <w:tcMar>
              <w:top w:w="120" w:type="dxa"/>
              <w:left w:w="150" w:type="dxa"/>
              <w:bottom w:w="120" w:type="dxa"/>
              <w:right w:w="150" w:type="dxa"/>
            </w:tcMar>
          </w:tcPr>
          <w:p w14:paraId="507F3BD0" w14:textId="77777777" w:rsidR="00024AC3" w:rsidRDefault="00511A4A">
            <w:pPr>
              <w:spacing w:before="120" w:after="120"/>
            </w:pPr>
            <w:r>
              <w:rPr>
                <w:b/>
              </w:rPr>
              <w:t>Estimated Number of Guests:</w:t>
            </w:r>
          </w:p>
        </w:tc>
        <w:tc>
          <w:tcPr>
            <w:tcW w:w="5391" w:type="dxa"/>
            <w:tcMar>
              <w:top w:w="120" w:type="dxa"/>
              <w:left w:w="150" w:type="dxa"/>
              <w:bottom w:w="120" w:type="dxa"/>
              <w:right w:w="150" w:type="dxa"/>
            </w:tcMar>
          </w:tcPr>
          <w:p w14:paraId="3C267CCB" w14:textId="77777777" w:rsidR="00024AC3" w:rsidRDefault="00024AC3">
            <w:pPr>
              <w:spacing w:before="120" w:after="120"/>
            </w:pPr>
          </w:p>
        </w:tc>
      </w:tr>
      <w:tr w:rsidR="00024AC3" w14:paraId="034D011F" w14:textId="77777777" w:rsidTr="00061432">
        <w:trPr>
          <w:jc w:val="center"/>
        </w:trPr>
        <w:tc>
          <w:tcPr>
            <w:tcW w:w="4395" w:type="dxa"/>
            <w:shd w:val="clear" w:color="auto" w:fill="F2F7F4"/>
            <w:tcMar>
              <w:top w:w="120" w:type="dxa"/>
              <w:left w:w="150" w:type="dxa"/>
              <w:bottom w:w="120" w:type="dxa"/>
              <w:right w:w="150" w:type="dxa"/>
            </w:tcMar>
          </w:tcPr>
          <w:p w14:paraId="0E9D5081" w14:textId="77777777" w:rsidR="00024AC3" w:rsidRDefault="00511A4A">
            <w:pPr>
              <w:spacing w:before="120" w:after="120"/>
            </w:pPr>
            <w:r>
              <w:rPr>
                <w:b/>
              </w:rPr>
              <w:t>Nature of Alcohol Consumption:</w:t>
            </w:r>
          </w:p>
        </w:tc>
        <w:tc>
          <w:tcPr>
            <w:tcW w:w="5391" w:type="dxa"/>
            <w:tcMar>
              <w:top w:w="120" w:type="dxa"/>
              <w:left w:w="150" w:type="dxa"/>
              <w:bottom w:w="120" w:type="dxa"/>
              <w:right w:w="150" w:type="dxa"/>
            </w:tcMar>
          </w:tcPr>
          <w:p w14:paraId="44261052" w14:textId="77777777" w:rsidR="00024AC3" w:rsidRDefault="00511A4A">
            <w:pPr>
              <w:spacing w:before="120" w:after="120"/>
            </w:pPr>
            <w:r>
              <w:t>[  ] BYO    [  ] Selling    [  ] Providing / Supplying</w:t>
            </w:r>
          </w:p>
        </w:tc>
      </w:tr>
      <w:tr w:rsidR="00024AC3" w14:paraId="305F413F" w14:textId="77777777" w:rsidTr="00061432">
        <w:trPr>
          <w:jc w:val="center"/>
        </w:trPr>
        <w:tc>
          <w:tcPr>
            <w:tcW w:w="4395" w:type="dxa"/>
            <w:shd w:val="clear" w:color="auto" w:fill="F2F7F4"/>
            <w:tcMar>
              <w:top w:w="120" w:type="dxa"/>
              <w:left w:w="150" w:type="dxa"/>
              <w:bottom w:w="120" w:type="dxa"/>
              <w:right w:w="150" w:type="dxa"/>
            </w:tcMar>
          </w:tcPr>
          <w:p w14:paraId="3C30A1E2" w14:textId="77777777" w:rsidR="00024AC3" w:rsidRDefault="00511A4A">
            <w:pPr>
              <w:spacing w:before="120" w:after="120"/>
            </w:pPr>
            <w:r>
              <w:rPr>
                <w:b/>
              </w:rPr>
              <w:t>Signature of Hall Hirer:</w:t>
            </w:r>
          </w:p>
        </w:tc>
        <w:tc>
          <w:tcPr>
            <w:tcW w:w="5391" w:type="dxa"/>
            <w:tcMar>
              <w:top w:w="120" w:type="dxa"/>
              <w:left w:w="150" w:type="dxa"/>
              <w:bottom w:w="120" w:type="dxa"/>
              <w:right w:w="150" w:type="dxa"/>
            </w:tcMar>
          </w:tcPr>
          <w:p w14:paraId="6EC1F999" w14:textId="77777777" w:rsidR="00061432" w:rsidRDefault="00061432">
            <w:pPr>
              <w:spacing w:before="120" w:after="120"/>
              <w:rPr>
                <w:color w:val="666666"/>
              </w:rPr>
            </w:pPr>
          </w:p>
          <w:p w14:paraId="7B337464" w14:textId="421D07D3" w:rsidR="002E0894" w:rsidRDefault="00511A4A">
            <w:pPr>
              <w:spacing w:before="120" w:after="120"/>
              <w:rPr>
                <w:color w:val="666666"/>
              </w:rPr>
            </w:pPr>
            <w:r>
              <w:rPr>
                <w:color w:val="666666"/>
              </w:rPr>
              <w:t>X</w:t>
            </w:r>
            <w:r w:rsidR="002E0894">
              <w:rPr>
                <w:color w:val="666666"/>
              </w:rPr>
              <w:t>______________________________________</w:t>
            </w:r>
          </w:p>
          <w:p w14:paraId="30BF279B" w14:textId="66A00B5B" w:rsidR="00024AC3" w:rsidRDefault="00511A4A">
            <w:pPr>
              <w:spacing w:before="120" w:after="120"/>
            </w:pPr>
            <w:r>
              <w:rPr>
                <w:color w:val="666666"/>
              </w:rPr>
              <w:br/>
              <w:t xml:space="preserve">Date: _____ / _____ / </w:t>
            </w:r>
            <w:r w:rsidR="00B05B97">
              <w:rPr>
                <w:color w:val="666666"/>
              </w:rPr>
              <w:t>_____</w:t>
            </w:r>
          </w:p>
        </w:tc>
      </w:tr>
      <w:tr w:rsidR="00024AC3" w14:paraId="6209ED05" w14:textId="77777777" w:rsidTr="00061432">
        <w:trPr>
          <w:jc w:val="center"/>
        </w:trPr>
        <w:tc>
          <w:tcPr>
            <w:tcW w:w="4395" w:type="dxa"/>
            <w:shd w:val="clear" w:color="auto" w:fill="F2F7F4"/>
            <w:tcMar>
              <w:top w:w="120" w:type="dxa"/>
              <w:left w:w="150" w:type="dxa"/>
              <w:bottom w:w="120" w:type="dxa"/>
              <w:right w:w="150" w:type="dxa"/>
            </w:tcMar>
          </w:tcPr>
          <w:p w14:paraId="5156E2DB" w14:textId="77777777" w:rsidR="00024AC3" w:rsidRDefault="00511A4A">
            <w:pPr>
              <w:spacing w:before="120" w:after="120"/>
            </w:pPr>
            <w:r>
              <w:rPr>
                <w:b/>
              </w:rPr>
              <w:t>ACH Committee Approval:</w:t>
            </w:r>
          </w:p>
        </w:tc>
        <w:tc>
          <w:tcPr>
            <w:tcW w:w="5391" w:type="dxa"/>
            <w:tcMar>
              <w:top w:w="120" w:type="dxa"/>
              <w:left w:w="150" w:type="dxa"/>
              <w:bottom w:w="120" w:type="dxa"/>
              <w:right w:w="150" w:type="dxa"/>
            </w:tcMar>
          </w:tcPr>
          <w:p w14:paraId="74A847BF" w14:textId="76D55E00" w:rsidR="00B05B97" w:rsidRDefault="00511A4A">
            <w:pPr>
              <w:spacing w:before="120" w:after="120"/>
              <w:rPr>
                <w:color w:val="666666"/>
              </w:rPr>
            </w:pPr>
            <w:r>
              <w:rPr>
                <w:color w:val="666666"/>
              </w:rPr>
              <w:t>[  ] Approved  /  [  ] Declined</w:t>
            </w:r>
            <w:r>
              <w:rPr>
                <w:color w:val="666666"/>
              </w:rPr>
              <w:br/>
            </w:r>
            <w:r>
              <w:rPr>
                <w:color w:val="666666"/>
              </w:rPr>
              <w:br/>
              <w:t xml:space="preserve">Signed: __________________________   </w:t>
            </w:r>
          </w:p>
          <w:p w14:paraId="0D49C4A7" w14:textId="79C0CDE8" w:rsidR="00024AC3" w:rsidRDefault="00511A4A">
            <w:pPr>
              <w:spacing w:before="120" w:after="120"/>
            </w:pPr>
            <w:r>
              <w:rPr>
                <w:color w:val="666666"/>
              </w:rPr>
              <w:t>Date: _____ / _____ / _____</w:t>
            </w:r>
          </w:p>
        </w:tc>
      </w:tr>
    </w:tbl>
    <w:p w14:paraId="31D6B50E" w14:textId="77777777" w:rsidR="00511A4A" w:rsidRDefault="00511A4A"/>
    <w:sectPr w:rsidR="00511A4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8082454">
    <w:abstractNumId w:val="8"/>
  </w:num>
  <w:num w:numId="2" w16cid:durableId="1368093968">
    <w:abstractNumId w:val="6"/>
  </w:num>
  <w:num w:numId="3" w16cid:durableId="113796036">
    <w:abstractNumId w:val="5"/>
  </w:num>
  <w:num w:numId="4" w16cid:durableId="1079594825">
    <w:abstractNumId w:val="4"/>
  </w:num>
  <w:num w:numId="5" w16cid:durableId="744450547">
    <w:abstractNumId w:val="7"/>
  </w:num>
  <w:num w:numId="6" w16cid:durableId="1255702129">
    <w:abstractNumId w:val="3"/>
  </w:num>
  <w:num w:numId="7" w16cid:durableId="1522164269">
    <w:abstractNumId w:val="2"/>
  </w:num>
  <w:num w:numId="8" w16cid:durableId="284428091">
    <w:abstractNumId w:val="1"/>
  </w:num>
  <w:num w:numId="9" w16cid:durableId="14236501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AC3"/>
    <w:rsid w:val="00034616"/>
    <w:rsid w:val="0006063C"/>
    <w:rsid w:val="00061432"/>
    <w:rsid w:val="0015074B"/>
    <w:rsid w:val="00156FD0"/>
    <w:rsid w:val="002478CD"/>
    <w:rsid w:val="002803D5"/>
    <w:rsid w:val="0029639D"/>
    <w:rsid w:val="002E0894"/>
    <w:rsid w:val="00326F90"/>
    <w:rsid w:val="00511A4A"/>
    <w:rsid w:val="00540131"/>
    <w:rsid w:val="00590790"/>
    <w:rsid w:val="005A69D4"/>
    <w:rsid w:val="00AA1D8D"/>
    <w:rsid w:val="00B05B97"/>
    <w:rsid w:val="00B47730"/>
    <w:rsid w:val="00CB0664"/>
    <w:rsid w:val="00ED7AF3"/>
    <w:rsid w:val="00FB51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721748"/>
  <w14:defaultImageDpi w14:val="300"/>
  <w15:docId w15:val="{53B39DDD-55D3-4EEE-93A8-74EFB64F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464</Words>
  <Characters>2507</Characters>
  <Application>Microsoft Office Word</Application>
  <DocSecurity>0</DocSecurity>
  <Lines>64</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Judith Wilton</cp:lastModifiedBy>
  <cp:revision>4</cp:revision>
  <dcterms:created xsi:type="dcterms:W3CDTF">2026-10-15T01:41:00Z</dcterms:created>
  <dcterms:modified xsi:type="dcterms:W3CDTF">2026-10-15T02:09:00Z</dcterms:modified>
  <cp:category/>
</cp:coreProperties>
</file>